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021DC" w14:textId="77777777" w:rsidR="006532C7" w:rsidRPr="001A3C7B" w:rsidRDefault="0057393E" w:rsidP="006E63DE">
      <w:pPr>
        <w:pStyle w:val="Titolo"/>
        <w:jc w:val="both"/>
        <w:rPr>
          <w:lang w:val="it-IT"/>
        </w:rPr>
      </w:pPr>
      <w:r w:rsidRPr="001A3C7B">
        <w:rPr>
          <w:lang w:val="it-IT"/>
        </w:rPr>
        <w:t>Allegato B Titoli e curriculum professionale</w:t>
      </w:r>
    </w:p>
    <w:p w14:paraId="5F1FD2E1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Cognome e nome __________________________ Codice fiscale ______________</w:t>
      </w:r>
    </w:p>
    <w:p w14:paraId="0D7117F0" w14:textId="70056C35" w:rsidR="00AE2264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La scheda sostituisce il CV libero. Compilare tutte le sezioni pertinenti. Indicare “nessuno” in assenza di titoli o esperienze. Aggiungere, se necessario, fogli numerati con nome, codice fiscale, data e firma.</w:t>
      </w:r>
    </w:p>
    <w:p w14:paraId="45119AF7" w14:textId="77777777" w:rsidR="006532C7" w:rsidRPr="001A3C7B" w:rsidRDefault="0057393E" w:rsidP="006E63DE">
      <w:pPr>
        <w:pStyle w:val="Titolo2"/>
        <w:jc w:val="both"/>
        <w:rPr>
          <w:lang w:val="it-IT"/>
        </w:rPr>
      </w:pPr>
      <w:r w:rsidRPr="001A3C7B">
        <w:rPr>
          <w:lang w:val="it-IT"/>
        </w:rPr>
        <w:t>Titoli aggiuntivi per il punteggio</w:t>
      </w:r>
    </w:p>
    <w:p w14:paraId="4F72D88F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□ Nessun titolo aggiuntivo. □ Dichiaro i seguenti titoli:</w:t>
      </w:r>
    </w:p>
    <w:p w14:paraId="03EAD632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1. Titolo e tipologia __________________________________________________</w:t>
      </w:r>
    </w:p>
    <w:p w14:paraId="6327F362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Ente __________________________ Data __________ Durata in ore __________</w:t>
      </w:r>
    </w:p>
    <w:p w14:paraId="0EB0F1C9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Contenuti pertinenti ed estremi attestato __________________________________</w:t>
      </w:r>
    </w:p>
    <w:p w14:paraId="3538772C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2. Titolo e tipologia __________________________________________________</w:t>
      </w:r>
    </w:p>
    <w:p w14:paraId="5240B3F1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Ente __________________________ Data __________ Durata in ore __________</w:t>
      </w:r>
    </w:p>
    <w:p w14:paraId="1744000B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Contenuti pertinenti ed estremi attestato __________________________________</w:t>
      </w:r>
    </w:p>
    <w:p w14:paraId="26C25128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3. Titolo e tipologia __________________________________________________</w:t>
      </w:r>
    </w:p>
    <w:p w14:paraId="07B036FD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Ente __________________________ Data __________ Durata in ore __________</w:t>
      </w:r>
    </w:p>
    <w:p w14:paraId="134A7830" w14:textId="26CEE647" w:rsidR="00AE2264" w:rsidRDefault="0057393E" w:rsidP="00AE2264">
      <w:pPr>
        <w:jc w:val="both"/>
        <w:rPr>
          <w:lang w:val="it-IT"/>
        </w:rPr>
      </w:pPr>
      <w:r w:rsidRPr="001A3C7B">
        <w:rPr>
          <w:lang w:val="it-IT"/>
        </w:rPr>
        <w:t>Contenuti pertinenti ed estremi attestato __________________________________</w:t>
      </w:r>
    </w:p>
    <w:p w14:paraId="6A4F2276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b/>
          <w:bCs/>
          <w:lang w:val="it-IT"/>
        </w:rPr>
        <w:t>Esperienze professionali e precedenti rapporti di apprendistato</w:t>
      </w:r>
    </w:p>
    <w:p w14:paraId="78EA003A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lang w:val="it-IT"/>
        </w:rPr>
        <w:t>Le informazioni riportate nella presente sezione sono utilizzate esclusivamente per verificare la compatibilità dell'assunzione con la disciplina dell'apprendistato professionalizzante e per la definizione del percorso formativo individuale. Non attribuiscono punteggio ai fini della graduatoria.</w:t>
      </w:r>
    </w:p>
    <w:p w14:paraId="44179879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b/>
          <w:bCs/>
          <w:lang w:val="it-IT"/>
        </w:rPr>
        <w:t>Esperienze professionali</w:t>
      </w:r>
    </w:p>
    <w:p w14:paraId="584126E8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rFonts w:ascii="Segoe UI Symbol" w:hAnsi="Segoe UI Symbol" w:cs="Segoe UI Symbol"/>
          <w:lang w:val="it-IT"/>
        </w:rPr>
        <w:t>☐</w:t>
      </w:r>
      <w:r w:rsidRPr="00AE2264">
        <w:rPr>
          <w:lang w:val="it-IT"/>
        </w:rPr>
        <w:t xml:space="preserve"> Dichiaro di non aver svolto precedenti esperienze professionali.</w:t>
      </w:r>
    </w:p>
    <w:p w14:paraId="567E8106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rFonts w:ascii="Segoe UI Symbol" w:hAnsi="Segoe UI Symbol" w:cs="Segoe UI Symbol"/>
          <w:lang w:val="it-IT"/>
        </w:rPr>
        <w:t>☐</w:t>
      </w:r>
      <w:r w:rsidRPr="00AE2264">
        <w:rPr>
          <w:lang w:val="it-IT"/>
        </w:rPr>
        <w:t xml:space="preserve"> Dichiaro le esperienze professionali riportate di seguito.</w:t>
      </w:r>
    </w:p>
    <w:p w14:paraId="4E28AEDA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b/>
          <w:bCs/>
          <w:lang w:val="it-IT"/>
        </w:rPr>
        <w:t>Precedenti rapporti di apprendistato</w:t>
      </w:r>
    </w:p>
    <w:p w14:paraId="09C8BBB6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rFonts w:ascii="Segoe UI Symbol" w:hAnsi="Segoe UI Symbol" w:cs="Segoe UI Symbol"/>
          <w:lang w:val="it-IT"/>
        </w:rPr>
        <w:t>☐</w:t>
      </w:r>
      <w:r w:rsidRPr="00AE2264">
        <w:rPr>
          <w:lang w:val="it-IT"/>
        </w:rPr>
        <w:t xml:space="preserve"> Dichiaro di non aver avuto precedenti rapporti di apprendistato.</w:t>
      </w:r>
    </w:p>
    <w:p w14:paraId="74D5F8C6" w14:textId="77777777" w:rsidR="00AE2264" w:rsidRPr="00AE2264" w:rsidRDefault="00AE2264" w:rsidP="00AE2264">
      <w:pPr>
        <w:jc w:val="both"/>
        <w:rPr>
          <w:lang w:val="it-IT"/>
        </w:rPr>
      </w:pPr>
      <w:r w:rsidRPr="00AE2264">
        <w:rPr>
          <w:rFonts w:ascii="Segoe UI Symbol" w:hAnsi="Segoe UI Symbol" w:cs="Segoe UI Symbol"/>
          <w:lang w:val="it-IT"/>
        </w:rPr>
        <w:t>☐</w:t>
      </w:r>
      <w:r w:rsidRPr="00AE2264">
        <w:rPr>
          <w:lang w:val="it-IT"/>
        </w:rPr>
        <w:t xml:space="preserve"> Dichiaro di aver avuto precedenti rapporti di apprendistato, specificandone durata, qualifica, formazione svolta e competenze acquisite nelle sezioni seguenti.</w:t>
      </w:r>
    </w:p>
    <w:p w14:paraId="1DE4A369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1. Datore/committente _____________________ Profilo ____________________</w:t>
      </w:r>
    </w:p>
    <w:p w14:paraId="675DC3EA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Dal __________ al __________ Ore settimanali ______ Contratto ______________</w:t>
      </w:r>
    </w:p>
    <w:p w14:paraId="1331E0DF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Mansioni e competenze acquisite ________________________________________</w:t>
      </w:r>
    </w:p>
    <w:p w14:paraId="7B8C7DF6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Se apprendistato: durata, formazione svolta e qualifica conseguita _______________</w:t>
      </w:r>
    </w:p>
    <w:p w14:paraId="57C933FC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2. Datore/committente _____________________ Profilo ____________________</w:t>
      </w:r>
    </w:p>
    <w:p w14:paraId="5CDC40DB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Dal __________ al __________ Ore settimanali ______ Contratto ______________</w:t>
      </w:r>
    </w:p>
    <w:p w14:paraId="08B10A7F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Mansioni e competenze acquisite ________________________________________</w:t>
      </w:r>
    </w:p>
    <w:p w14:paraId="0AEC640F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Se apprendistato: durata, formazione svolta e qualifica conseguita _______________</w:t>
      </w:r>
    </w:p>
    <w:p w14:paraId="29C75696" w14:textId="77777777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Ai sensi degli artt. 46 e 47 del D.P.R. 445/2000, nei casi consentiti, dichiaro la veridicità delle informazioni sopra riportate e nei fogli aggiuntivi. Sono consapevole delle conseguenze previste dagli artt. 75 e 76. Le esperienze sono dichiarate ai fini della verifica del percorso formativo e non attribuiscono punteggio.</w:t>
      </w:r>
    </w:p>
    <w:p w14:paraId="55F7A91A" w14:textId="59C2F21B" w:rsidR="006532C7" w:rsidRPr="001A3C7B" w:rsidRDefault="0057393E" w:rsidP="006E63DE">
      <w:pPr>
        <w:jc w:val="both"/>
        <w:rPr>
          <w:lang w:val="it-IT"/>
        </w:rPr>
      </w:pPr>
      <w:r w:rsidRPr="001A3C7B">
        <w:rPr>
          <w:lang w:val="it-IT"/>
        </w:rPr>
        <w:t>Luogo e data _____________________ Firma ____________________________</w:t>
      </w:r>
    </w:p>
    <w:sectPr w:rsidR="006532C7" w:rsidRPr="001A3C7B" w:rsidSect="00034616">
      <w:headerReference w:type="default" r:id="rId8"/>
      <w:footerReference w:type="default" r:id="rId9"/>
      <w:pgSz w:w="11906" w:h="16838"/>
      <w:pgMar w:top="1247" w:right="130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9090A" w14:textId="77777777" w:rsidR="00E72AE6" w:rsidRDefault="00E72AE6">
      <w:pPr>
        <w:spacing w:after="0" w:line="240" w:lineRule="auto"/>
      </w:pPr>
      <w:r>
        <w:separator/>
      </w:r>
    </w:p>
  </w:endnote>
  <w:endnote w:type="continuationSeparator" w:id="0">
    <w:p w14:paraId="7978C75A" w14:textId="77777777" w:rsidR="00E72AE6" w:rsidRDefault="00E72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DC96" w14:textId="4D5F3191" w:rsidR="006532C7" w:rsidRPr="00844453" w:rsidRDefault="00844453">
    <w:pPr>
      <w:pStyle w:val="Pidipagina"/>
      <w:jc w:val="right"/>
      <w:rPr>
        <w:color w:val="auto"/>
        <w:sz w:val="20"/>
        <w:szCs w:val="20"/>
      </w:rPr>
    </w:pPr>
    <w:r w:rsidRPr="00844453">
      <w:rPr>
        <w:color w:val="auto"/>
        <w:sz w:val="18"/>
        <w:szCs w:val="18"/>
        <w:lang w:val="it-IT"/>
      </w:rPr>
      <w:t>Selezione pubblica per l’assunzione di farmacisti collaboratori con contratto di apprendistato professionalizzante</w:t>
    </w:r>
    <w:r w:rsidRPr="00844453">
      <w:rPr>
        <w:color w:val="auto"/>
        <w:sz w:val="16"/>
        <w:szCs w:val="20"/>
      </w:rPr>
      <w:t xml:space="preserve"> </w:t>
    </w:r>
    <w:proofErr w:type="gramStart"/>
    <w:r w:rsidR="0057393E" w:rsidRPr="00844453">
      <w:rPr>
        <w:color w:val="auto"/>
        <w:sz w:val="16"/>
        <w:szCs w:val="20"/>
      </w:rPr>
      <w:t xml:space="preserve">|  </w:t>
    </w:r>
    <w:proofErr w:type="spellStart"/>
    <w:r w:rsidR="0057393E" w:rsidRPr="00844453">
      <w:rPr>
        <w:color w:val="auto"/>
        <w:sz w:val="16"/>
        <w:szCs w:val="20"/>
      </w:rPr>
      <w:t>Pagina</w:t>
    </w:r>
    <w:proofErr w:type="spellEnd"/>
    <w:proofErr w:type="gramEnd"/>
    <w:r w:rsidR="0057393E" w:rsidRPr="00844453">
      <w:rPr>
        <w:color w:val="auto"/>
        <w:sz w:val="16"/>
        <w:szCs w:val="20"/>
      </w:rPr>
      <w:t xml:space="preserve"> </w:t>
    </w:r>
    <w:r w:rsidR="0057393E" w:rsidRPr="00844453">
      <w:rPr>
        <w:color w:val="auto"/>
        <w:sz w:val="20"/>
        <w:szCs w:val="20"/>
      </w:rPr>
      <w:fldChar w:fldCharType="begin"/>
    </w:r>
    <w:r w:rsidR="0057393E" w:rsidRPr="00844453">
      <w:rPr>
        <w:color w:val="auto"/>
        <w:sz w:val="20"/>
        <w:szCs w:val="20"/>
      </w:rPr>
      <w:instrText>PAGE</w:instrText>
    </w:r>
    <w:r w:rsidR="0057393E" w:rsidRPr="00844453">
      <w:rPr>
        <w:color w:val="auto"/>
        <w:sz w:val="20"/>
        <w:szCs w:val="20"/>
      </w:rPr>
      <w:fldChar w:fldCharType="separate"/>
    </w:r>
    <w:r w:rsidR="00DC2FE0" w:rsidRPr="00844453">
      <w:rPr>
        <w:noProof/>
        <w:color w:val="auto"/>
        <w:sz w:val="20"/>
        <w:szCs w:val="20"/>
      </w:rPr>
      <w:t>1</w:t>
    </w:r>
    <w:r w:rsidR="0057393E" w:rsidRPr="00844453">
      <w:rPr>
        <w:color w:val="auto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F7FAE" w14:textId="77777777" w:rsidR="00E72AE6" w:rsidRDefault="00E72AE6">
      <w:pPr>
        <w:spacing w:after="0" w:line="240" w:lineRule="auto"/>
      </w:pPr>
      <w:r>
        <w:separator/>
      </w:r>
    </w:p>
  </w:footnote>
  <w:footnote w:type="continuationSeparator" w:id="0">
    <w:p w14:paraId="2D08F3DD" w14:textId="77777777" w:rsidR="00E72AE6" w:rsidRDefault="00E72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9555B" w14:textId="381B466B" w:rsidR="00844453" w:rsidRPr="00844453" w:rsidRDefault="0057393E" w:rsidP="00844453">
    <w:pPr>
      <w:pStyle w:val="Titolo"/>
      <w:jc w:val="both"/>
      <w:rPr>
        <w:color w:val="auto"/>
        <w:sz w:val="20"/>
        <w:szCs w:val="20"/>
        <w:lang w:val="it-IT"/>
      </w:rPr>
    </w:pPr>
    <w:proofErr w:type="spellStart"/>
    <w:r w:rsidRPr="00844453">
      <w:rPr>
        <w:color w:val="auto"/>
        <w:sz w:val="20"/>
        <w:szCs w:val="20"/>
        <w:lang w:val="it-IT"/>
      </w:rPr>
      <w:t>FarmaCom</w:t>
    </w:r>
    <w:proofErr w:type="spellEnd"/>
    <w:r w:rsidRPr="00844453">
      <w:rPr>
        <w:color w:val="auto"/>
        <w:sz w:val="20"/>
        <w:szCs w:val="20"/>
        <w:lang w:val="it-IT"/>
      </w:rPr>
      <w:t xml:space="preserve"> Fabriano S.r.l. Società Benefit</w:t>
    </w:r>
    <w:r w:rsidR="00844453" w:rsidRPr="00844453">
      <w:rPr>
        <w:color w:val="auto"/>
        <w:sz w:val="20"/>
        <w:szCs w:val="20"/>
        <w:lang w:val="it-IT"/>
      </w:rPr>
      <w:t xml:space="preserve"> </w:t>
    </w:r>
    <w:r w:rsidRPr="00844453">
      <w:rPr>
        <w:color w:val="auto"/>
        <w:sz w:val="20"/>
        <w:szCs w:val="20"/>
        <w:lang w:val="it-IT"/>
      </w:rPr>
      <w:t>|</w:t>
    </w:r>
    <w:r w:rsidR="00844453" w:rsidRPr="00844453">
      <w:rPr>
        <w:color w:val="auto"/>
        <w:sz w:val="20"/>
        <w:szCs w:val="20"/>
        <w:lang w:val="it-IT"/>
      </w:rPr>
      <w:t xml:space="preserve"> </w:t>
    </w:r>
    <w:bookmarkStart w:id="0" w:name="_Hlk243909010"/>
    <w:r w:rsidR="00844453" w:rsidRPr="00844453">
      <w:rPr>
        <w:color w:val="auto"/>
        <w:sz w:val="20"/>
        <w:szCs w:val="20"/>
        <w:lang w:val="it-IT"/>
      </w:rPr>
      <w:t>Selezione pubblica per l’assunzione di farmacisti collaboratori con contratto di apprendistato professionalizzante</w:t>
    </w:r>
    <w:bookmarkEnd w:id="0"/>
  </w:p>
  <w:p w14:paraId="27299F16" w14:textId="24BC5C2D" w:rsidR="006532C7" w:rsidRPr="001A3C7B" w:rsidRDefault="006532C7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206AA0"/>
    <w:multiLevelType w:val="hybridMultilevel"/>
    <w:tmpl w:val="9E76B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80DB7"/>
    <w:multiLevelType w:val="hybridMultilevel"/>
    <w:tmpl w:val="87CE63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55ECA"/>
    <w:multiLevelType w:val="hybridMultilevel"/>
    <w:tmpl w:val="582C2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911F9"/>
    <w:multiLevelType w:val="hybridMultilevel"/>
    <w:tmpl w:val="490811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F0813"/>
    <w:multiLevelType w:val="hybridMultilevel"/>
    <w:tmpl w:val="F0BA9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0"/>
  </w:num>
  <w:num w:numId="12">
    <w:abstractNumId w:val="11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3A1"/>
    <w:rsid w:val="0006063C"/>
    <w:rsid w:val="0015074B"/>
    <w:rsid w:val="001A3C7B"/>
    <w:rsid w:val="001E0198"/>
    <w:rsid w:val="00215048"/>
    <w:rsid w:val="0029639D"/>
    <w:rsid w:val="00326F90"/>
    <w:rsid w:val="00497424"/>
    <w:rsid w:val="0057393E"/>
    <w:rsid w:val="006532C7"/>
    <w:rsid w:val="00655930"/>
    <w:rsid w:val="006867BB"/>
    <w:rsid w:val="006E63DE"/>
    <w:rsid w:val="00717D9B"/>
    <w:rsid w:val="00782A98"/>
    <w:rsid w:val="00844453"/>
    <w:rsid w:val="00922B75"/>
    <w:rsid w:val="009A736D"/>
    <w:rsid w:val="00AA1D8D"/>
    <w:rsid w:val="00AE2264"/>
    <w:rsid w:val="00AF4059"/>
    <w:rsid w:val="00B47730"/>
    <w:rsid w:val="00CB0664"/>
    <w:rsid w:val="00CF0035"/>
    <w:rsid w:val="00DC2FE0"/>
    <w:rsid w:val="00DF4C94"/>
    <w:rsid w:val="00E72A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B59A9"/>
  <w14:defaultImageDpi w14:val="330"/>
  <w15:docId w15:val="{B940963F-1C48-4E3B-B5A3-970BF67E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45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rsid w:val="006E63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FarmaCom selezione farmacisti in apprendistato professionalizzante</vt:lpstr>
      <vt:lpstr/>
    </vt:vector>
  </TitlesOfParts>
  <Manager/>
  <Company/>
  <LinksUpToDate>false</LinksUpToDate>
  <CharactersWithSpaces>2872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FarmaCom selezione farmacisti in apprendistato professionalizzante</dc:title>
  <dc:subject>Bozza di avviso e domanda di partecipazione</dc:subject>
  <dc:creator>FarmaCom Fabriano</dc:creator>
  <cp:keywords/>
  <dc:description>generated by python-docx</dc:description>
  <cp:lastModifiedBy>Mario</cp:lastModifiedBy>
  <cp:revision>5</cp:revision>
  <cp:lastPrinted>2026-10-13T10:02:00Z</cp:lastPrinted>
  <dcterms:created xsi:type="dcterms:W3CDTF">2026-10-26T11:49:00Z</dcterms:created>
  <dcterms:modified xsi:type="dcterms:W3CDTF">2026-10-26T15:57:00Z</dcterms:modified>
  <cp:category/>
</cp:coreProperties>
</file>